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Дом-интернат, центр социального обслуживания</w:t>
      </w:r>
    </w:p>
    <w:p>
      <w:r>
        <w:rPr>
          <w:b/>
        </w:rPr>
        <w:t xml:space="preserve">Основание: ПП РФ № 410.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дом-интернат, центр социального обслуживания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Тип: стационарное / полустационарное обслуживание / центр занятости / иное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Подведомственность (орган соцзащиты субъекта / федеральный / негосударственная организация)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проживающих (получателей услуг) и персонала; есть ли маломобильные и лежачие получатели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Балансовая стоимость здания, млн ₽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Круглосуточное пребывание: есть/нет; ночная смена персонала (человек)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